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המסלול הגלובלי – חדר בריחה דיגיטלי בגלובליזציה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המסלול הגלובלי: מסע החולצה סביב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גלובליזציה בעזרת דוגמה פשוטה של חולצה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שלבי המסע של מוצר מהחקלאות ועד החנות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גיאוגרפיה בסיסיים: אוקיינוס, מצר, תעלה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תוויות בגדים והבנת מקור הייצור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גלובליזציה – הבנה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עולם מחובר שבו מדינות רחוקות קשורות זו לזו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וייטנאם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כדי לגלות מאיפה הגיעו דברים שהיא קונה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אות אחת שעוזרת לפענח 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גלובליזציה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(עולם שבו מדינות רחוקות מחוברות דרך מסחר ותחבורה)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(המקום שבו הכינו את המוצר)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(פיסת מידע קטנה שמספרת מאיפה הגיע הבגד)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(הדרך שהחולצה עוברת מהצמח ועד הארון)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(אתגר שצריך לפתור כדי לקבל אות ולהתקדם)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גלובליזציה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לציין שבעולם גלובלי מדינות שונות מייצרות ומוכרות מוצרים זו לזו בזכות תחבורה וסחר בינלאומי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חופשית, למשל מכשיר חשמלי, צעצוע, מזון מיובא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אחורה - מאיפה הגיעה החולצה (הצמח, הייצור); קדימה - לאן היא ממשיכה אחרי שהיא מפסיקה להיות 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חופשית, למשל: גלובליזציה זה כשמדינות שונות עוזרות זו לזו להכין ולשלוח דברים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מאיפה מגיע הבד: צמח הכותנה והחקלאות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צמח כותנה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Made in Vietnam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שמש ומים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מאיפה מגיע הבד: צמח הכותנה והחקלאות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כותנה גדלה על שיח נמוך, לא על עץ גבוה.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אחרי הפריחה נוצרת פקעת כותנה לבנה ורכה.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מאיפה מגיע הבד: צמח הכותנה והחקלאות – השלימו וחברו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מאיפה מגיע הבד: צמח הכותנה והחקלאות – התאימו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(תחילת הגידול בשדה)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(מופיעים פרחים צבעוניים)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(נפתח כדור צמר לבן)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(אוספים את הכותנה מהשדה)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מהחקלאות למפעל: ייצור הבגד בווייטנאם – מה קורה בתחנה הזו?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על התווית כתוב Made in Vietnam.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במפעל חותכים ותופרים את הבד לצורת בגד.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הכותנה גדלה בשדה, לא במפעל – במפעל תופרים את הבד.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מסומנת התקדמות במסע לאורך שמונה התחנות.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מהחקלאות למפעל: ייצור הבגד בווייטנאם – הבנת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גזירה ותפירה של הבד לבגד מוכן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עלות הייצור והעבודה שם נמוכה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הפיכת הבד לבגד מוכן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מהחקלאות למפעל: ייצור הבגד בווייטנאם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Vietnam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מהחקלאות למפעל: ייצור הבגד בווייטנאם – חשיבה ולמסע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גידול הכותנה בשדה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הפיכת סיבי הכותנה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תפירת הבד לבגד במפעל בווייטנאם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הובלת הבגד המוכן למדינות אחרות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דרכי השיט: אוקיינוסים, מצרים ותעלות – מה זה בכלל?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גוף מים ענק שמפריד בין 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תעלה חפורה בידי אדם שמקצרת דרך בין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מעבר מים צר בין שתי 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תעלת סואץ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האוקיינוס ההודי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דרכי השיט: אוקיינוסים, מצרים ותעלות – השלימו את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אוקיינוס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סואץ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דרכי השיט: אוקיינוסים, מצרים ותעלות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מקצרת את זמן ההובלה בין אסיה לאירופה וחוסכת כסף ודלק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ההובלה מתעכבת וצריך לעבור בדרך ארוכה יותר, לכן המחיר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תעלה נחפרת בידי אדם, ואילו מצר הוא מעבר מים טבעי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אוקיינוס בדרך הפתוחה, מצר ליד וייטנאם, תעלת סואץ בדרך לים התיכון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מהמפעל לחנות: ייבוא, יצוא ותוויות – מה יודעים על התווית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התווית מראה את מדינת הייצור של הבגד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ביומן שלה היא מספרת שמצאה תווית קטנה בפנים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וייטנאם רחוקה אלפי קילומטרים מהבית של 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התווית מראה דווקא איפה הבגד יוצר, לא איפה הוא נמכר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מהמפעל לחנות: ייבוא, יצוא ותוויות – ייבוא או יצוא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ייבוא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מהמפעל לחנות: ייבוא, יצוא ותוויות – חושבים כמו בלשית תוויות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שלב בייצור נעשה במדינה אחרת, ולכן הבד נשלח ממדינה למדינה עד שהוא הופך לחולצה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לפי התווית שנמצאה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 עוקבת אחרי תווית של בגד כדי לגלות מאיפה הוא הגיע ולאן הוא ימשיך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סיכום: פיענוח הקוד והמסע השלם – זוכרים את המסע?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וייטנאם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סיכום: פיענוח הקוד והמסע השלם – זוכרים את המסע?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תחנה יש מנעול שפותחים ומקבלים אות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רמז שמשתמשים בו מוריד מעט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סיכום: פיענוח הקוד והמסע השלם – מבינים את מסע החולצה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אוקיינוס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פשוט שמזכיר חיבור בין מדינות דרך מסחר או מוצרים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סדר נכון: כותנה, מפעל, הובלה ימית, חנות, לקוח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לפחות שני מושגים גיאוגרפיים מתוך השלושה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מפגשים: מושגים, מסע הבגד, סיכום ומשחק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להוסיף תמיכה חזותית עם מפת עולם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שאלה על השפעות גלובליזציה על הסביבה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כל פרק לתחנה המקבילה במשחק כדי לחזק את הקשר בין התרגול למשחק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המסלול הגלובלי – חדר בריחה דיגיטלי בגלובליזציה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המסלול הגלובלי: מסע החולצה סביב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נלך עם מיקה. נלמד איך חולצה מגיעה מרחוק. בכל דף יש שאלות קטנות. אפשר להסתכל במפה אם צריך עזרה.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עולם מחובר, שבו מדינות עובדות וסוחרות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חומר גלם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 טבעי שממנו מכינים דברים, כמו כותנה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ייצור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הפיכת חומר גלם למוצר מוגמר, כמו חולצה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ייבוא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הבאת מוצר ממדינה אחרת אל המדינה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יצוא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שליחת מוצר מהמדינה שלנו למדינה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רצועת ים צרה בין שתי יבשות או ימים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נתיב מים מלאכותי שחצבו כדי לקצר דרך שיט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תווית ייצור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פתק קטן על הבגד שכתוב בו איפה הוא יוצר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מהי גלובליזציה – הבנה ראשונית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גלובליזציה זה בעיקר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עולם מחובר שבו מדינות רחוקות קשורות זו לזו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לוח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אוקיינוס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מכונת תפירה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הכינו את החולצה?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וייטנאם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ברזיל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מיקה חוקרת תוויות?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לגלות מאיפה הגיעו דברים שהיא קונה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לאסוף תוויות 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לפתור תעלומות משטרה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ללמוד תפירה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תחנות במסע?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מקבלים בכל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 אחת שעוזרת לפענח 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בול דואר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מהי גלובליזציה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גלובליזציה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הדרך שהחולצה עוברת מהצמח ועד הארון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ייצור (Made in...)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אתגר שצריך לפתור כדי לקבל אות ולהתקדם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תווית בגד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עולם שבו מדינות רחוקות מחוברות דרך מסחר ותחבורה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מסע החולצה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המקום שבו הכינו את המוצר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מנעול בתחנה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פיסת מידע קטנה שמספרת מאיפה הגיע הבגד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מהי גלובליזציה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חולצה יכולה להיות מיוצרת בוייטנאם ולהימכר בישראל.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לדעתכם, אילו עוד מוצרים בבית שלכם יכולים להגיע ממדינות רחוקות? תנו 2 דוגמאות.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מיקה עוקבת אחרי החולצה 'אחורה' ו'קדימה'. מה ההבדל בין שני הכיוונים האלה?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משפט שמסביר מה זה גלובליזציה, כאילו אתם מסבירים לילד קטן.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מאיפה מגיע הבד: צמח הכותנה והחקלאות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מגיע הבד של החולצה?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אוקיינוס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צמח כותנה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מפעל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חנות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כתוב על התווית?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תוצרת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Made in Vietnam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תוצרת ברזיל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תווית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ממה צמח הכותנה צריך?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 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שלג וקרח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חושך מוחלט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מאיפה מגיע הבד: צמח הכותנה והחקלאות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הכותנה גדלה על עץ גבוה מאוד, כמו תפוח.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לצמח הכותנה יש פרחים שהופכים בהמשך לכדור רך ולבן.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מאיפה מגיע הבד: צמח הכותנה והחקלאות – השלימו וחברו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הכדור הלבן והרך שגדל על שיח הכותנה נקרא פקעת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מיקה היא __________ תוויות - היא עוקבת אחרי מסע החולצה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מאיפה מגיע הבד: צמח הכותנה והחקלאות – התאימו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זריעת הזרעים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אוספים את הכותנה מהשדה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תחילת הגידול בשדה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הבשלת הפקעת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מופיעים פרחים צבעוניים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קטיף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נפתח כדור צמר לבן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מהחקלאות למפעל: ייצור הבגד בווייטנאם – מה קורה בתחנה הזו?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החולצה של מיקה יוצרה במפעל בווייטנאם.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בתחנה הזו הבד הופך לבגד מוכן ללבישה.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הכותנה עצמה גדלה בתוך המפעל בווייטנאם.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פתיחת המנעול של תחנה, הנקודה שלה במפה הופכת לירוקה.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מהחקלאות למפעל: ייצור הבגד בווייטנאם –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במפעל?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גידול כותנה בשדה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גזירה ותפירה של הבד לבגד מוכן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מכירת הבגד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צביעת הצמר בצבעים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תופרים בגדים דווקא 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שם קר מאוד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עלות הייצור והעבודה שם נמוכה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שם חשמל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קרוב מאוד לישראל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לחולצה בתחנה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תחילת גידול הכותנה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הפיכת הבד לבגד מוכן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מכירת החולצה ללקוח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הובלת החולצה באונייה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מהחקלאות למפעל: ייצור הבגד בווייטנאם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במפעל, עובדים חותכים את הבד ו__________ אותו לצורת בגד.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בתווית החולצה שסיפרה למיקה היכן היא יוצרה היא Made in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מהחקלאות למפעל: ייצור הבגד בווייטנאם – חשיבה ולמסע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תפירת הבד לבגד במפעל בווייטנאם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הובלת הבגד המוכן למדינות אחרות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גידול הכותנה בשדה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הפיכת סיבי הכותנה 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דרכי השיט: אוקיינוסים, מצרים ותעלות – מה זה בכלל?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אוקיינוס?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מים ענק שמפריד בין 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ימי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גשר בין 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תעלה?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תעלה חפורה בידי אדם שמקצרת דרך בין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גבוה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גשר מעל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מצר?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מעבר מים צר בין שתי 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יבשת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נמל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תעלה נמצאת ליד 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תעלת סואץ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תעלת פנמה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תעלת קורינתוס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תעלת קיל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אוקיינוס גדול נמצא ליד וייטנאם?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האוקיינוס ההודי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האוקיינוס הארקטי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ים המלח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דרכי השיט: אוקיינוסים, מצרים ותעלות – השלימו את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היא מעבר ימי חפור בידי אדם שמקצר את הדרך בין שני ימים.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גוף מים ענק שמפריד בין יבשות.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מעבר מים צר בין שתי יבשות או ימים.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תעלת __________ מקצרת את הדרך בין אסיה לאירופה דרך מצרים.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דרכי השיט: אוקיינוסים, מצרים ותעלות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תעלת סואץ חשובה למסחר העולמי.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בקצרה איך סגירת מצר יכולה להשפיע על מחיר הסחורה.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תעלה למצר?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רשמו איפה פוגשת החולצה כל אחד משלושת המושגים במסע שלה מווייטנאם: אוקיינוס, מצר, תעלה.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מהמפעל לחנות: ייבוא, יצוא ותוויות – מה יודעים על התווית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התווית Made in Vietnam מספרת מאיזו מדינה הגיעה החולצה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מיקה מצאה את התווית כשהפכה את החולצה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וייטנאם נמצאת קרוב מאוד לבית של מיקה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תווית Made in מראה איפה קונים את הבגד ולא איפה מייצרים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מהמפעל לחנות: ייבוא, יצוא ותוויות – ייבוא או יצוא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כשמדינה שולחת מוצר למדינה אחרת, הפעולה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כשמדינה מביאה מוצר ממדינה אחרת, הפעולה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חולצה נתפרה בוייטנאם ונמכרת בישראל, וייטנאם היא מדינת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ישראל, שבה קונים את החולצה, היא מדינת ה__________ של המוצר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מהמפעל לחנות: ייבוא, יצוא ותוויות – חושבים כמו בלשית תוויות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חולצה עוברת דרך כמה מדינות לפני שהיא מגיעה לארון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חפשו תווית על בגד שלכם וכתבו מאיזו מדינה הוא הגיע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מיקה מכנה את עצמה בלשית תוויות. כתבו במשפט אחד מה זה אומר שהיא עושה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סיכום: פיענוח הקוד והמסע השלם – זוכרים את המסע?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הכינו את החולצה?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וייטנאם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ברזיל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הבלשית שעוקבת אחרי החולצה?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אמא של מיקה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 של מיקה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מקבלים כשפותחים מנעול?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מפתח אמיתי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סיכום: פיענוח הקוד והמסע השלם – זוכרים את המסע?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במסע של החולצה יש 8 תחנות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לקבל רמזים בלי להפסיד נקודות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סיכום: פיענוח הקוד והמסע השלם – מבינים את מסע החולצה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להגיע מווייטנאם, החולצה עברה דרך __________, מצר ותעלה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בסוף המשחק מסדרים את שמונה האותיות ומקבלים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במילים שלי מה זה גלובליזציה?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לסדר לפי הסדר הנכון את שלבי מסע החולצה?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מזהה הבדל בין אוקיינוס, מצר ותעלה על המפה?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המסלול הגלובלי: מסע החולצה סביב העולם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